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00BEF4" w14:textId="77777777" w:rsidR="00FA29FE" w:rsidRPr="001474AF" w:rsidRDefault="00FA29FE">
      <w:pPr>
        <w:jc w:val="right"/>
        <w:rPr>
          <w:rFonts w:ascii="Corbel" w:hAnsi="Corbel"/>
        </w:rPr>
      </w:pPr>
    </w:p>
    <w:p w14:paraId="15D434F2" w14:textId="77777777" w:rsidR="00FA29FE" w:rsidRPr="001474AF" w:rsidRDefault="00FA29FE">
      <w:pPr>
        <w:jc w:val="right"/>
        <w:rPr>
          <w:rFonts w:ascii="Corbel" w:hAnsi="Corbel"/>
        </w:rPr>
      </w:pPr>
    </w:p>
    <w:p w14:paraId="7A75468E" w14:textId="67AA92F2" w:rsidR="001E4F57" w:rsidRPr="001474AF" w:rsidRDefault="00000000">
      <w:pPr>
        <w:jc w:val="right"/>
        <w:rPr>
          <w:rFonts w:ascii="Corbel" w:hAnsi="Corbel"/>
        </w:rPr>
      </w:pPr>
      <w:r w:rsidRPr="001474AF">
        <w:rPr>
          <w:rFonts w:ascii="Corbel" w:hAnsi="Corbel"/>
        </w:rPr>
        <w:t>[</w:t>
      </w:r>
      <w:proofErr w:type="spellStart"/>
      <w:r w:rsidRPr="001474AF">
        <w:rPr>
          <w:rFonts w:ascii="Corbel" w:hAnsi="Corbel"/>
        </w:rPr>
        <w:t>miejscowość</w:t>
      </w:r>
      <w:proofErr w:type="spellEnd"/>
      <w:r w:rsidRPr="001474AF">
        <w:rPr>
          <w:rFonts w:ascii="Corbel" w:hAnsi="Corbel"/>
        </w:rPr>
        <w:t>], [data]</w:t>
      </w:r>
    </w:p>
    <w:p w14:paraId="0020C12E" w14:textId="77777777" w:rsidR="001E4F57" w:rsidRPr="001474AF" w:rsidRDefault="00000000">
      <w:pPr>
        <w:rPr>
          <w:rFonts w:ascii="Corbel" w:hAnsi="Corbel"/>
        </w:rPr>
      </w:pPr>
      <w:r w:rsidRPr="001474AF">
        <w:rPr>
          <w:rFonts w:ascii="Corbel" w:hAnsi="Corbel"/>
          <w:b/>
        </w:rPr>
        <w:t>[imię i nazwisko członka/członkini OTOP]</w:t>
      </w:r>
      <w:r w:rsidRPr="001474AF">
        <w:rPr>
          <w:rFonts w:ascii="Corbel" w:hAnsi="Corbel"/>
        </w:rPr>
        <w:br/>
        <w:t>[adres e-mail – opcjonalnie]</w:t>
      </w:r>
    </w:p>
    <w:p w14:paraId="59290D2A" w14:textId="77777777" w:rsidR="00FA29FE" w:rsidRPr="001474AF" w:rsidRDefault="00FA29FE">
      <w:pPr>
        <w:rPr>
          <w:rFonts w:ascii="Corbel" w:hAnsi="Corbel"/>
        </w:rPr>
      </w:pPr>
    </w:p>
    <w:p w14:paraId="4DBB7B35" w14:textId="77777777" w:rsidR="00FA29FE" w:rsidRPr="001474AF" w:rsidRDefault="00FA29FE">
      <w:pPr>
        <w:rPr>
          <w:rFonts w:ascii="Corbel" w:hAnsi="Corbel"/>
        </w:rPr>
      </w:pPr>
    </w:p>
    <w:p w14:paraId="3F60D547" w14:textId="77777777" w:rsidR="00FA29FE" w:rsidRPr="001474AF" w:rsidRDefault="00FA29FE">
      <w:pPr>
        <w:rPr>
          <w:rFonts w:ascii="Corbel" w:hAnsi="Corbel"/>
        </w:rPr>
      </w:pPr>
    </w:p>
    <w:p w14:paraId="039FC47A" w14:textId="77777777" w:rsidR="001E4F57" w:rsidRPr="001474AF" w:rsidRDefault="00000000">
      <w:pPr>
        <w:spacing w:before="160"/>
        <w:jc w:val="center"/>
        <w:rPr>
          <w:rFonts w:ascii="Corbel" w:hAnsi="Corbel"/>
        </w:rPr>
      </w:pPr>
      <w:r w:rsidRPr="001474AF">
        <w:rPr>
          <w:rFonts w:ascii="Corbel" w:hAnsi="Corbel"/>
          <w:b/>
          <w:sz w:val="23"/>
        </w:rPr>
        <w:t>XII Walne Zebranie Członków</w:t>
      </w:r>
      <w:r w:rsidRPr="001474AF">
        <w:rPr>
          <w:rFonts w:ascii="Corbel" w:hAnsi="Corbel"/>
          <w:b/>
          <w:sz w:val="23"/>
        </w:rPr>
        <w:br/>
        <w:t>Ogólnopolskiego Towarzystwa Ochrony Ptaków</w:t>
      </w:r>
    </w:p>
    <w:p w14:paraId="234129BB" w14:textId="77777777" w:rsidR="001E4F57" w:rsidRPr="001474AF" w:rsidRDefault="00000000">
      <w:pPr>
        <w:jc w:val="center"/>
        <w:rPr>
          <w:rFonts w:ascii="Corbel" w:hAnsi="Corbel"/>
        </w:rPr>
      </w:pPr>
      <w:r w:rsidRPr="001474AF">
        <w:rPr>
          <w:rFonts w:ascii="Corbel" w:hAnsi="Corbel"/>
          <w:i/>
        </w:rPr>
        <w:t>za pośrednictwem Zarządu OTOP</w:t>
      </w:r>
    </w:p>
    <w:p w14:paraId="15EAAFA2" w14:textId="77777777" w:rsidR="001E4F57" w:rsidRPr="001474AF" w:rsidRDefault="00000000">
      <w:pPr>
        <w:spacing w:before="160"/>
        <w:jc w:val="center"/>
        <w:rPr>
          <w:rFonts w:ascii="Corbel" w:hAnsi="Corbel"/>
        </w:rPr>
      </w:pPr>
      <w:r w:rsidRPr="001474AF">
        <w:rPr>
          <w:rFonts w:ascii="Corbel" w:hAnsi="Corbel"/>
          <w:b/>
          <w:sz w:val="26"/>
        </w:rPr>
        <w:t>WNIOSEK DO XII WALNEGO ZEBRANIA CZŁONKÓW OTOP</w:t>
      </w:r>
    </w:p>
    <w:p w14:paraId="67608C17" w14:textId="77777777" w:rsidR="001E4F57" w:rsidRPr="001474AF" w:rsidRDefault="00000000">
      <w:pPr>
        <w:spacing w:after="120"/>
        <w:rPr>
          <w:rFonts w:ascii="Corbel" w:hAnsi="Corbel"/>
        </w:rPr>
      </w:pPr>
      <w:r w:rsidRPr="001474AF">
        <w:rPr>
          <w:rFonts w:ascii="Corbel" w:hAnsi="Corbel"/>
        </w:rPr>
        <w:t xml:space="preserve">Działając na podstawie § 12 ust. 1 lit. e Statutu Ogólnopolskiego Towarzystwa Ochrony Ptaków, składam do XII Walnego Zebrania </w:t>
      </w:r>
      <w:proofErr w:type="spellStart"/>
      <w:r w:rsidRPr="001474AF">
        <w:rPr>
          <w:rFonts w:ascii="Corbel" w:hAnsi="Corbel"/>
        </w:rPr>
        <w:t>Członków</w:t>
      </w:r>
      <w:proofErr w:type="spellEnd"/>
      <w:r w:rsidRPr="001474AF">
        <w:rPr>
          <w:rFonts w:ascii="Corbel" w:hAnsi="Corbel"/>
        </w:rPr>
        <w:t xml:space="preserve"> OTOP </w:t>
      </w:r>
      <w:proofErr w:type="spellStart"/>
      <w:r w:rsidRPr="001474AF">
        <w:rPr>
          <w:rFonts w:ascii="Corbel" w:hAnsi="Corbel"/>
        </w:rPr>
        <w:t>następujący</w:t>
      </w:r>
      <w:proofErr w:type="spellEnd"/>
      <w:r w:rsidRPr="001474AF">
        <w:rPr>
          <w:rFonts w:ascii="Corbel" w:hAnsi="Corbel"/>
        </w:rPr>
        <w:t xml:space="preserve"> </w:t>
      </w:r>
      <w:proofErr w:type="spellStart"/>
      <w:r w:rsidRPr="001474AF">
        <w:rPr>
          <w:rFonts w:ascii="Corbel" w:hAnsi="Corbel"/>
        </w:rPr>
        <w:t>wniosek</w:t>
      </w:r>
      <w:proofErr w:type="spellEnd"/>
      <w:r w:rsidRPr="001474AF">
        <w:rPr>
          <w:rFonts w:ascii="Corbel" w:hAnsi="Corbel"/>
        </w:rPr>
        <w:t>:</w:t>
      </w:r>
    </w:p>
    <w:p w14:paraId="462A513B" w14:textId="77777777" w:rsidR="001474AF" w:rsidRPr="001474AF" w:rsidRDefault="001474AF">
      <w:pPr>
        <w:spacing w:after="120"/>
        <w:rPr>
          <w:rFonts w:ascii="Corbel" w:hAnsi="Corbel"/>
        </w:rPr>
      </w:pPr>
    </w:p>
    <w:p w14:paraId="6EEECD78" w14:textId="77777777" w:rsidR="001474AF" w:rsidRPr="001474AF" w:rsidRDefault="001474AF">
      <w:pPr>
        <w:spacing w:after="120"/>
        <w:rPr>
          <w:rFonts w:ascii="Corbel" w:hAnsi="Corbel"/>
        </w:rPr>
      </w:pPr>
    </w:p>
    <w:p w14:paraId="7DEB3351" w14:textId="77777777" w:rsidR="001E4F57" w:rsidRPr="001474AF" w:rsidRDefault="00000000">
      <w:pPr>
        <w:spacing w:before="80" w:after="20"/>
        <w:rPr>
          <w:rFonts w:ascii="Corbel" w:hAnsi="Corbel"/>
        </w:rPr>
      </w:pPr>
      <w:r w:rsidRPr="001474AF">
        <w:rPr>
          <w:rFonts w:ascii="Corbel" w:hAnsi="Corbel"/>
          <w:b/>
        </w:rPr>
        <w:t>Treść wniosku:</w:t>
      </w:r>
    </w:p>
    <w:p w14:paraId="431CB498" w14:textId="77777777" w:rsidR="001E4F57" w:rsidRPr="001474AF" w:rsidRDefault="00000000">
      <w:pPr>
        <w:spacing w:after="0" w:line="204" w:lineRule="auto"/>
        <w:rPr>
          <w:rFonts w:ascii="Corbel" w:hAnsi="Corbel"/>
        </w:rPr>
      </w:pPr>
      <w:r w:rsidRPr="001474AF">
        <w:rPr>
          <w:rFonts w:ascii="Corbel" w:hAnsi="Corbel"/>
        </w:rPr>
        <w:t>............................................................................................................................</w:t>
      </w:r>
    </w:p>
    <w:p w14:paraId="3F4902F6" w14:textId="77777777" w:rsidR="001E4F57" w:rsidRPr="001474AF" w:rsidRDefault="00000000">
      <w:pPr>
        <w:spacing w:after="0" w:line="204" w:lineRule="auto"/>
        <w:rPr>
          <w:rFonts w:ascii="Corbel" w:hAnsi="Corbel"/>
        </w:rPr>
      </w:pPr>
      <w:r w:rsidRPr="001474AF">
        <w:rPr>
          <w:rFonts w:ascii="Corbel" w:hAnsi="Corbel"/>
        </w:rPr>
        <w:t>............................................................................................................................</w:t>
      </w:r>
    </w:p>
    <w:p w14:paraId="6F0365BD" w14:textId="77777777" w:rsidR="001E4F57" w:rsidRPr="001474AF" w:rsidRDefault="00000000">
      <w:pPr>
        <w:spacing w:after="0" w:line="204" w:lineRule="auto"/>
        <w:rPr>
          <w:rFonts w:ascii="Corbel" w:hAnsi="Corbel"/>
        </w:rPr>
      </w:pPr>
      <w:r w:rsidRPr="001474AF">
        <w:rPr>
          <w:rFonts w:ascii="Corbel" w:hAnsi="Corbel"/>
        </w:rPr>
        <w:t>............................................................................................................................</w:t>
      </w:r>
    </w:p>
    <w:p w14:paraId="706303B6" w14:textId="77777777" w:rsidR="001E4F57" w:rsidRPr="001474AF" w:rsidRDefault="00000000">
      <w:pPr>
        <w:spacing w:after="0" w:line="204" w:lineRule="auto"/>
        <w:rPr>
          <w:rFonts w:ascii="Corbel" w:hAnsi="Corbel"/>
        </w:rPr>
      </w:pPr>
      <w:r w:rsidRPr="001474AF">
        <w:rPr>
          <w:rFonts w:ascii="Corbel" w:hAnsi="Corbel"/>
        </w:rPr>
        <w:t>............................................................................................................................</w:t>
      </w:r>
    </w:p>
    <w:p w14:paraId="25FB865D" w14:textId="77777777" w:rsidR="00FA29FE" w:rsidRPr="001474AF" w:rsidRDefault="00FA29FE">
      <w:pPr>
        <w:spacing w:after="0" w:line="204" w:lineRule="auto"/>
        <w:rPr>
          <w:rFonts w:ascii="Corbel" w:hAnsi="Corbel"/>
        </w:rPr>
      </w:pPr>
    </w:p>
    <w:p w14:paraId="6B2E91A8" w14:textId="77777777" w:rsidR="00FA29FE" w:rsidRPr="001474AF" w:rsidRDefault="00FA29FE">
      <w:pPr>
        <w:spacing w:after="0" w:line="204" w:lineRule="auto"/>
        <w:rPr>
          <w:rFonts w:ascii="Corbel" w:hAnsi="Corbel"/>
        </w:rPr>
      </w:pPr>
    </w:p>
    <w:p w14:paraId="5A5040C4" w14:textId="77777777" w:rsidR="00FA29FE" w:rsidRPr="001474AF" w:rsidRDefault="00FA29FE">
      <w:pPr>
        <w:spacing w:after="0" w:line="204" w:lineRule="auto"/>
        <w:rPr>
          <w:rFonts w:ascii="Corbel" w:hAnsi="Corbel"/>
        </w:rPr>
      </w:pPr>
    </w:p>
    <w:p w14:paraId="292589C0" w14:textId="77777777" w:rsidR="00FA29FE" w:rsidRPr="001474AF" w:rsidRDefault="00FA29FE">
      <w:pPr>
        <w:spacing w:after="0" w:line="204" w:lineRule="auto"/>
        <w:rPr>
          <w:rFonts w:ascii="Corbel" w:hAnsi="Corbel"/>
        </w:rPr>
      </w:pPr>
    </w:p>
    <w:p w14:paraId="2192474B" w14:textId="77777777" w:rsidR="001E4F57" w:rsidRPr="001474AF" w:rsidRDefault="00000000">
      <w:pPr>
        <w:spacing w:before="80" w:after="20"/>
        <w:rPr>
          <w:rFonts w:ascii="Corbel" w:hAnsi="Corbel"/>
        </w:rPr>
      </w:pPr>
      <w:r w:rsidRPr="001474AF">
        <w:rPr>
          <w:rFonts w:ascii="Corbel" w:hAnsi="Corbel"/>
          <w:b/>
        </w:rPr>
        <w:t>Proponowana treść uchwały – jeżeli wniosek wymaga podjęcia uchwały przez Walne Zebranie:</w:t>
      </w:r>
    </w:p>
    <w:p w14:paraId="03C5CA90" w14:textId="77777777" w:rsidR="001E4F57" w:rsidRPr="001474AF" w:rsidRDefault="00000000">
      <w:pPr>
        <w:spacing w:after="0" w:line="204" w:lineRule="auto"/>
        <w:rPr>
          <w:rFonts w:ascii="Corbel" w:hAnsi="Corbel"/>
        </w:rPr>
      </w:pPr>
      <w:r w:rsidRPr="001474AF">
        <w:rPr>
          <w:rFonts w:ascii="Corbel" w:hAnsi="Corbel"/>
        </w:rPr>
        <w:t>............................................................................................................................</w:t>
      </w:r>
    </w:p>
    <w:p w14:paraId="55F8A045" w14:textId="77777777" w:rsidR="001E4F57" w:rsidRPr="001474AF" w:rsidRDefault="00000000">
      <w:pPr>
        <w:spacing w:after="0" w:line="204" w:lineRule="auto"/>
        <w:rPr>
          <w:rFonts w:ascii="Corbel" w:hAnsi="Corbel"/>
        </w:rPr>
      </w:pPr>
      <w:r w:rsidRPr="001474AF">
        <w:rPr>
          <w:rFonts w:ascii="Corbel" w:hAnsi="Corbel"/>
        </w:rPr>
        <w:t>............................................................................................................................</w:t>
      </w:r>
    </w:p>
    <w:p w14:paraId="3E296C7B" w14:textId="77777777" w:rsidR="001E4F57" w:rsidRPr="001474AF" w:rsidRDefault="00000000">
      <w:pPr>
        <w:spacing w:after="0" w:line="204" w:lineRule="auto"/>
        <w:rPr>
          <w:rFonts w:ascii="Corbel" w:hAnsi="Corbel"/>
        </w:rPr>
      </w:pPr>
      <w:r w:rsidRPr="001474AF">
        <w:rPr>
          <w:rFonts w:ascii="Corbel" w:hAnsi="Corbel"/>
        </w:rPr>
        <w:t>............................................................................................................................</w:t>
      </w:r>
    </w:p>
    <w:p w14:paraId="7626BC0F" w14:textId="77777777" w:rsidR="00FA29FE" w:rsidRPr="001474AF" w:rsidRDefault="00FA29FE">
      <w:pPr>
        <w:spacing w:after="0" w:line="204" w:lineRule="auto"/>
        <w:rPr>
          <w:rFonts w:ascii="Corbel" w:hAnsi="Corbel"/>
        </w:rPr>
      </w:pPr>
    </w:p>
    <w:p w14:paraId="5392DF2C" w14:textId="77777777" w:rsidR="00FA29FE" w:rsidRPr="001474AF" w:rsidRDefault="00FA29FE">
      <w:pPr>
        <w:spacing w:after="0" w:line="204" w:lineRule="auto"/>
        <w:rPr>
          <w:rFonts w:ascii="Corbel" w:hAnsi="Corbel"/>
        </w:rPr>
      </w:pPr>
    </w:p>
    <w:p w14:paraId="45800B96" w14:textId="77777777" w:rsidR="00FA29FE" w:rsidRPr="001474AF" w:rsidRDefault="00FA29FE">
      <w:pPr>
        <w:spacing w:after="0" w:line="204" w:lineRule="auto"/>
        <w:rPr>
          <w:rFonts w:ascii="Corbel" w:hAnsi="Corbel"/>
        </w:rPr>
      </w:pPr>
    </w:p>
    <w:p w14:paraId="04EC0B99" w14:textId="77777777" w:rsidR="00FA29FE" w:rsidRPr="001474AF" w:rsidRDefault="00FA29FE">
      <w:pPr>
        <w:spacing w:after="0" w:line="204" w:lineRule="auto"/>
        <w:rPr>
          <w:rFonts w:ascii="Corbel" w:hAnsi="Corbel"/>
        </w:rPr>
      </w:pPr>
    </w:p>
    <w:p w14:paraId="15B963E0" w14:textId="77777777" w:rsidR="00FA29FE" w:rsidRPr="001474AF" w:rsidRDefault="00FA29FE">
      <w:pPr>
        <w:spacing w:after="0" w:line="204" w:lineRule="auto"/>
        <w:rPr>
          <w:rFonts w:ascii="Corbel" w:hAnsi="Corbel"/>
        </w:rPr>
      </w:pPr>
    </w:p>
    <w:p w14:paraId="5633765C" w14:textId="77777777" w:rsidR="001E4F57" w:rsidRPr="001474AF" w:rsidRDefault="00000000">
      <w:pPr>
        <w:spacing w:before="80" w:after="20"/>
        <w:rPr>
          <w:rFonts w:ascii="Corbel" w:hAnsi="Corbel"/>
        </w:rPr>
      </w:pPr>
      <w:r w:rsidRPr="001474AF">
        <w:rPr>
          <w:rFonts w:ascii="Corbel" w:hAnsi="Corbel"/>
          <w:b/>
        </w:rPr>
        <w:t>Uzasadnienie wniosku – opcjonalnie:</w:t>
      </w:r>
    </w:p>
    <w:p w14:paraId="0F5092CC" w14:textId="77777777" w:rsidR="001E4F57" w:rsidRPr="001474AF" w:rsidRDefault="00000000">
      <w:pPr>
        <w:spacing w:after="0" w:line="204" w:lineRule="auto"/>
        <w:rPr>
          <w:rFonts w:ascii="Corbel" w:hAnsi="Corbel"/>
        </w:rPr>
      </w:pPr>
      <w:r w:rsidRPr="001474AF">
        <w:rPr>
          <w:rFonts w:ascii="Corbel" w:hAnsi="Corbel"/>
        </w:rPr>
        <w:t>............................................................................................................................</w:t>
      </w:r>
    </w:p>
    <w:p w14:paraId="211C5AC0" w14:textId="77777777" w:rsidR="001E4F57" w:rsidRPr="001474AF" w:rsidRDefault="00000000">
      <w:pPr>
        <w:spacing w:after="0" w:line="204" w:lineRule="auto"/>
        <w:rPr>
          <w:rFonts w:ascii="Corbel" w:hAnsi="Corbel"/>
        </w:rPr>
      </w:pPr>
      <w:r w:rsidRPr="001474AF">
        <w:rPr>
          <w:rFonts w:ascii="Corbel" w:hAnsi="Corbel"/>
        </w:rPr>
        <w:t>............................................................................................................................</w:t>
      </w:r>
    </w:p>
    <w:p w14:paraId="57D24BE5" w14:textId="77777777" w:rsidR="001E4F57" w:rsidRPr="001474AF" w:rsidRDefault="00000000">
      <w:pPr>
        <w:spacing w:after="0" w:line="204" w:lineRule="auto"/>
        <w:rPr>
          <w:rFonts w:ascii="Corbel" w:hAnsi="Corbel"/>
        </w:rPr>
      </w:pPr>
      <w:r w:rsidRPr="001474AF">
        <w:rPr>
          <w:rFonts w:ascii="Corbel" w:hAnsi="Corbel"/>
        </w:rPr>
        <w:t>............................................................................................................................</w:t>
      </w:r>
    </w:p>
    <w:p w14:paraId="1AF99939" w14:textId="77777777" w:rsidR="00FA29FE" w:rsidRPr="001474AF" w:rsidRDefault="00FA29FE">
      <w:pPr>
        <w:spacing w:after="0" w:line="204" w:lineRule="auto"/>
        <w:rPr>
          <w:rFonts w:ascii="Corbel" w:hAnsi="Corbel"/>
        </w:rPr>
      </w:pPr>
    </w:p>
    <w:p w14:paraId="37490894" w14:textId="77777777" w:rsidR="00FA29FE" w:rsidRPr="001474AF" w:rsidRDefault="00FA29FE">
      <w:pPr>
        <w:spacing w:after="0" w:line="204" w:lineRule="auto"/>
        <w:rPr>
          <w:rFonts w:ascii="Corbel" w:hAnsi="Corbel"/>
        </w:rPr>
      </w:pPr>
    </w:p>
    <w:p w14:paraId="769C8E2A" w14:textId="77777777" w:rsidR="00FA29FE" w:rsidRPr="001474AF" w:rsidRDefault="00FA29FE">
      <w:pPr>
        <w:spacing w:after="0" w:line="204" w:lineRule="auto"/>
        <w:rPr>
          <w:rFonts w:ascii="Corbel" w:hAnsi="Corbel"/>
        </w:rPr>
      </w:pPr>
    </w:p>
    <w:p w14:paraId="39B6695B" w14:textId="77777777" w:rsidR="001E4F57" w:rsidRPr="001474AF" w:rsidRDefault="00000000">
      <w:pPr>
        <w:spacing w:before="200"/>
        <w:jc w:val="right"/>
        <w:rPr>
          <w:rFonts w:ascii="Corbel" w:hAnsi="Corbel"/>
        </w:rPr>
      </w:pPr>
      <w:r w:rsidRPr="001474AF">
        <w:rPr>
          <w:rFonts w:ascii="Corbel" w:hAnsi="Corbel"/>
        </w:rPr>
        <w:t>............................................................</w:t>
      </w:r>
      <w:r w:rsidRPr="001474AF">
        <w:rPr>
          <w:rFonts w:ascii="Corbel" w:hAnsi="Corbel"/>
        </w:rPr>
        <w:br/>
      </w:r>
      <w:r w:rsidRPr="001474AF">
        <w:rPr>
          <w:rFonts w:ascii="Corbel" w:hAnsi="Corbel"/>
          <w:i/>
          <w:sz w:val="19"/>
        </w:rPr>
        <w:t>podpis osoby składającej wniosek</w:t>
      </w:r>
    </w:p>
    <w:sectPr w:rsidR="001E4F57" w:rsidRPr="001474AF" w:rsidSect="00034616">
      <w:pgSz w:w="12240" w:h="15840"/>
      <w:pgMar w:top="907" w:right="1417" w:bottom="90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361324603">
    <w:abstractNumId w:val="8"/>
  </w:num>
  <w:num w:numId="2" w16cid:durableId="2023434363">
    <w:abstractNumId w:val="6"/>
  </w:num>
  <w:num w:numId="3" w16cid:durableId="29376489">
    <w:abstractNumId w:val="5"/>
  </w:num>
  <w:num w:numId="4" w16cid:durableId="480969412">
    <w:abstractNumId w:val="4"/>
  </w:num>
  <w:num w:numId="5" w16cid:durableId="211771912">
    <w:abstractNumId w:val="7"/>
  </w:num>
  <w:num w:numId="6" w16cid:durableId="332034480">
    <w:abstractNumId w:val="3"/>
  </w:num>
  <w:num w:numId="7" w16cid:durableId="84038172">
    <w:abstractNumId w:val="2"/>
  </w:num>
  <w:num w:numId="8" w16cid:durableId="536158099">
    <w:abstractNumId w:val="1"/>
  </w:num>
  <w:num w:numId="9" w16cid:durableId="18534464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474AF"/>
    <w:rsid w:val="0015074B"/>
    <w:rsid w:val="001E4F57"/>
    <w:rsid w:val="0029639D"/>
    <w:rsid w:val="00326F90"/>
    <w:rsid w:val="00941BFE"/>
    <w:rsid w:val="00AA1D8D"/>
    <w:rsid w:val="00B47730"/>
    <w:rsid w:val="00CB0664"/>
    <w:rsid w:val="00FA29FE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6C4284E8"/>
  <w14:defaultImageDpi w14:val="300"/>
  <w15:docId w15:val="{EE419AC5-5A8E-4F8A-BA7E-0DBB54A1B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pPr>
      <w:spacing w:after="60"/>
    </w:pPr>
    <w:rPr>
      <w:rFonts w:ascii="Arial" w:eastAsia="Arial" w:hAnsi="Arial"/>
      <w:sz w:val="21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271</Words>
  <Characters>1632</Characters>
  <Application>Microsoft Office Word</Application>
  <DocSecurity>0</DocSecurity>
  <Lines>13</Lines>
  <Paragraphs>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1900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Anna Łukawska</cp:lastModifiedBy>
  <cp:revision>2</cp:revision>
  <dcterms:created xsi:type="dcterms:W3CDTF">2013-12-23T23:15:00Z</dcterms:created>
  <dcterms:modified xsi:type="dcterms:W3CDTF">2026-08-19T09:39:00Z</dcterms:modified>
  <cp:category/>
</cp:coreProperties>
</file>